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Sales methodology deployment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Enablement  |  8-12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Deploys a named methodology through the cadence managers already run, rather than as a parallel training track.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8-12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Methodology selection and fit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Manager deployment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Reinforcement cadence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