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Forecasting and pipeline analytics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Revenue operations  |  4-6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One forecast number nobody disputes. Dashboards, definitions and the review cadence that keeps them honest.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4-6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Metric definitions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Dashboard build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Forecast review cadence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